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49AE7" w14:textId="37D76C0C" w:rsidR="00D45108" w:rsidRDefault="00FF6376" w:rsidP="00D45108">
      <w:pPr>
        <w:pStyle w:val="Nadpis1"/>
        <w:ind w:right="43"/>
        <w:jc w:val="center"/>
        <w:rPr>
          <w:color w:val="E66E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B73DED4" wp14:editId="1713FAA0">
            <wp:simplePos x="0" y="0"/>
            <wp:positionH relativeFrom="column">
              <wp:posOffset>3803015</wp:posOffset>
            </wp:positionH>
            <wp:positionV relativeFrom="paragraph">
              <wp:posOffset>-619760</wp:posOffset>
            </wp:positionV>
            <wp:extent cx="3194050" cy="1074420"/>
            <wp:effectExtent l="0" t="0" r="6350" b="0"/>
            <wp:wrapNone/>
            <wp:docPr id="1724508782" name="Obrázek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141970" name="Obrázek 1"/>
                    <pic:cNvPicPr/>
                  </pic:nvPicPr>
                  <pic:blipFill rotWithShape="1">
                    <a:blip r:embed="rId8"/>
                    <a:srcRect t="17310" r="38735" b="207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4050" cy="10744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FEC45FE" w14:textId="62F090E4" w:rsidR="008F1223" w:rsidRPr="00D45108" w:rsidRDefault="00797F0D" w:rsidP="00D45108">
      <w:pPr>
        <w:pStyle w:val="Nadpis1"/>
        <w:ind w:right="43"/>
        <w:jc w:val="center"/>
        <w:rPr>
          <w:sz w:val="40"/>
          <w:szCs w:val="40"/>
        </w:rPr>
      </w:pPr>
      <w:r>
        <w:rPr>
          <w:color w:val="E66E00"/>
          <w:sz w:val="40"/>
          <w:szCs w:val="40"/>
        </w:rPr>
        <w:t>POŽADAVEK NA POZÁRUČNÍ OPRAVU</w:t>
      </w:r>
    </w:p>
    <w:p w14:paraId="36460F58" w14:textId="0E4E05BF" w:rsidR="008F1223" w:rsidRPr="00EB096B" w:rsidRDefault="007C3DB4">
      <w:pPr>
        <w:rPr>
          <w:b/>
          <w:bCs/>
          <w:sz w:val="28"/>
          <w:szCs w:val="28"/>
        </w:rPr>
      </w:pPr>
      <w:proofErr w:type="spellStart"/>
      <w:r w:rsidRPr="00D45108">
        <w:rPr>
          <w:sz w:val="28"/>
          <w:szCs w:val="28"/>
        </w:rPr>
        <w:t>Vyplněný</w:t>
      </w:r>
      <w:proofErr w:type="spellEnd"/>
      <w:r w:rsidRPr="00D45108">
        <w:rPr>
          <w:sz w:val="28"/>
          <w:szCs w:val="28"/>
        </w:rPr>
        <w:t xml:space="preserve"> </w:t>
      </w:r>
      <w:proofErr w:type="spellStart"/>
      <w:r w:rsidRPr="00D45108">
        <w:rPr>
          <w:sz w:val="28"/>
          <w:szCs w:val="28"/>
        </w:rPr>
        <w:t>protokol</w:t>
      </w:r>
      <w:proofErr w:type="spellEnd"/>
      <w:r w:rsidRPr="00D45108">
        <w:rPr>
          <w:sz w:val="28"/>
          <w:szCs w:val="28"/>
        </w:rPr>
        <w:t xml:space="preserve"> </w:t>
      </w:r>
      <w:proofErr w:type="spellStart"/>
      <w:r w:rsidRPr="00D45108">
        <w:rPr>
          <w:sz w:val="28"/>
          <w:szCs w:val="28"/>
        </w:rPr>
        <w:t>přiložte</w:t>
      </w:r>
      <w:proofErr w:type="spellEnd"/>
      <w:r w:rsidRPr="00D45108">
        <w:rPr>
          <w:sz w:val="28"/>
          <w:szCs w:val="28"/>
        </w:rPr>
        <w:t xml:space="preserve"> k </w:t>
      </w:r>
      <w:proofErr w:type="spellStart"/>
      <w:r w:rsidRPr="00D45108">
        <w:rPr>
          <w:sz w:val="28"/>
          <w:szCs w:val="28"/>
        </w:rPr>
        <w:t>zásilce</w:t>
      </w:r>
      <w:proofErr w:type="spellEnd"/>
      <w:r w:rsidRPr="00D45108">
        <w:rPr>
          <w:sz w:val="28"/>
          <w:szCs w:val="28"/>
        </w:rPr>
        <w:t xml:space="preserve"> </w:t>
      </w:r>
      <w:proofErr w:type="spellStart"/>
      <w:r w:rsidRPr="00D45108">
        <w:rPr>
          <w:sz w:val="28"/>
          <w:szCs w:val="28"/>
        </w:rPr>
        <w:t>nebo</w:t>
      </w:r>
      <w:proofErr w:type="spellEnd"/>
      <w:r w:rsidRPr="00D45108">
        <w:rPr>
          <w:sz w:val="28"/>
          <w:szCs w:val="28"/>
        </w:rPr>
        <w:t xml:space="preserve"> </w:t>
      </w:r>
      <w:proofErr w:type="spellStart"/>
      <w:r w:rsidRPr="00D45108">
        <w:rPr>
          <w:sz w:val="28"/>
          <w:szCs w:val="28"/>
        </w:rPr>
        <w:t>jej</w:t>
      </w:r>
      <w:proofErr w:type="spellEnd"/>
      <w:r w:rsidRPr="00D45108">
        <w:rPr>
          <w:sz w:val="28"/>
          <w:szCs w:val="28"/>
        </w:rPr>
        <w:t xml:space="preserve"> </w:t>
      </w:r>
      <w:proofErr w:type="spellStart"/>
      <w:r w:rsidRPr="00D45108">
        <w:rPr>
          <w:sz w:val="28"/>
          <w:szCs w:val="28"/>
        </w:rPr>
        <w:t>předejte</w:t>
      </w:r>
      <w:proofErr w:type="spellEnd"/>
      <w:r w:rsidRPr="00D45108">
        <w:rPr>
          <w:sz w:val="28"/>
          <w:szCs w:val="28"/>
        </w:rPr>
        <w:t xml:space="preserve"> </w:t>
      </w:r>
      <w:proofErr w:type="spellStart"/>
      <w:r w:rsidRPr="00D45108">
        <w:rPr>
          <w:sz w:val="28"/>
          <w:szCs w:val="28"/>
        </w:rPr>
        <w:t>osobně</w:t>
      </w:r>
      <w:proofErr w:type="spellEnd"/>
      <w:r w:rsidRPr="00D45108">
        <w:rPr>
          <w:sz w:val="28"/>
          <w:szCs w:val="28"/>
        </w:rPr>
        <w:t xml:space="preserve"> </w:t>
      </w:r>
      <w:proofErr w:type="spellStart"/>
      <w:r w:rsidR="00EB096B">
        <w:rPr>
          <w:sz w:val="28"/>
          <w:szCs w:val="28"/>
        </w:rPr>
        <w:t>na</w:t>
      </w:r>
      <w:proofErr w:type="spellEnd"/>
      <w:r w:rsidR="00EB096B">
        <w:rPr>
          <w:sz w:val="28"/>
          <w:szCs w:val="28"/>
        </w:rPr>
        <w:t xml:space="preserve"> </w:t>
      </w:r>
      <w:proofErr w:type="spellStart"/>
      <w:r w:rsidR="00EB096B">
        <w:rPr>
          <w:sz w:val="28"/>
          <w:szCs w:val="28"/>
        </w:rPr>
        <w:t>adresu</w:t>
      </w:r>
      <w:proofErr w:type="spellEnd"/>
      <w:r w:rsidR="00EB096B">
        <w:rPr>
          <w:sz w:val="28"/>
          <w:szCs w:val="28"/>
        </w:rPr>
        <w:t xml:space="preserve">: </w:t>
      </w:r>
      <w:r w:rsidR="00EB096B" w:rsidRPr="00EB096B">
        <w:rPr>
          <w:b/>
          <w:bCs/>
          <w:sz w:val="28"/>
          <w:szCs w:val="28"/>
        </w:rPr>
        <w:t xml:space="preserve">Solight Holding </w:t>
      </w:r>
      <w:proofErr w:type="spellStart"/>
      <w:r w:rsidR="00EB096B" w:rsidRPr="00EB096B">
        <w:rPr>
          <w:b/>
          <w:bCs/>
          <w:sz w:val="28"/>
          <w:szCs w:val="28"/>
        </w:rPr>
        <w:t>s.r.o.</w:t>
      </w:r>
      <w:proofErr w:type="spellEnd"/>
      <w:r w:rsidR="00EB096B" w:rsidRPr="00EB096B">
        <w:rPr>
          <w:b/>
          <w:bCs/>
          <w:sz w:val="28"/>
          <w:szCs w:val="28"/>
        </w:rPr>
        <w:t xml:space="preserve"> </w:t>
      </w:r>
      <w:proofErr w:type="spellStart"/>
      <w:r w:rsidR="00FF6376">
        <w:rPr>
          <w:b/>
          <w:bCs/>
          <w:sz w:val="28"/>
          <w:szCs w:val="28"/>
        </w:rPr>
        <w:t>Brněnská</w:t>
      </w:r>
      <w:proofErr w:type="spellEnd"/>
      <w:r w:rsidR="00FF6376">
        <w:rPr>
          <w:b/>
          <w:bCs/>
          <w:sz w:val="28"/>
          <w:szCs w:val="28"/>
        </w:rPr>
        <w:t xml:space="preserve"> 4646/69</w:t>
      </w:r>
      <w:r w:rsidR="00EB096B" w:rsidRPr="00EB096B">
        <w:rPr>
          <w:b/>
          <w:bCs/>
          <w:sz w:val="28"/>
          <w:szCs w:val="28"/>
        </w:rPr>
        <w:t>, 796 0</w:t>
      </w:r>
      <w:r w:rsidR="00FF6376">
        <w:rPr>
          <w:b/>
          <w:bCs/>
          <w:sz w:val="28"/>
          <w:szCs w:val="28"/>
        </w:rPr>
        <w:t>1</w:t>
      </w:r>
      <w:r w:rsidR="00EB096B" w:rsidRPr="00EB096B">
        <w:rPr>
          <w:b/>
          <w:bCs/>
          <w:sz w:val="28"/>
          <w:szCs w:val="28"/>
        </w:rPr>
        <w:t xml:space="preserve"> </w:t>
      </w:r>
      <w:proofErr w:type="spellStart"/>
      <w:r w:rsidR="00EB096B" w:rsidRPr="00EB096B">
        <w:rPr>
          <w:b/>
          <w:bCs/>
          <w:sz w:val="28"/>
          <w:szCs w:val="28"/>
        </w:rPr>
        <w:t>Prostějov</w:t>
      </w:r>
      <w:proofErr w:type="spellEnd"/>
      <w:r w:rsidR="00EB096B" w:rsidRPr="00EB096B">
        <w:rPr>
          <w:b/>
          <w:bCs/>
          <w:sz w:val="28"/>
          <w:szCs w:val="28"/>
        </w:rP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0"/>
        <w:gridCol w:w="4320"/>
      </w:tblGrid>
      <w:tr w:rsidR="008F1223" w:rsidRPr="00D45108" w14:paraId="611D61E9" w14:textId="77777777" w:rsidTr="00D45108">
        <w:trPr>
          <w:jc w:val="center"/>
        </w:trPr>
        <w:tc>
          <w:tcPr>
            <w:tcW w:w="4320" w:type="dxa"/>
          </w:tcPr>
          <w:p w14:paraId="38C7764A" w14:textId="67383870" w:rsidR="008F1223" w:rsidRPr="00D45108" w:rsidRDefault="007C3DB4">
            <w:pPr>
              <w:rPr>
                <w:sz w:val="32"/>
                <w:szCs w:val="32"/>
              </w:rPr>
            </w:pPr>
            <w:proofErr w:type="spellStart"/>
            <w:r w:rsidRPr="00D45108">
              <w:rPr>
                <w:sz w:val="28"/>
                <w:szCs w:val="28"/>
              </w:rPr>
              <w:t>Reklamovaný</w:t>
            </w:r>
            <w:proofErr w:type="spellEnd"/>
            <w:r w:rsidRPr="00D45108">
              <w:rPr>
                <w:sz w:val="28"/>
                <w:szCs w:val="28"/>
              </w:rPr>
              <w:t xml:space="preserve"> </w:t>
            </w:r>
            <w:r w:rsidR="00D45108" w:rsidRPr="00D45108">
              <w:rPr>
                <w:sz w:val="28"/>
                <w:szCs w:val="28"/>
              </w:rPr>
              <w:t>produkt:</w:t>
            </w:r>
          </w:p>
        </w:tc>
        <w:tc>
          <w:tcPr>
            <w:tcW w:w="4320" w:type="dxa"/>
          </w:tcPr>
          <w:p w14:paraId="5711CE1F" w14:textId="77777777" w:rsidR="008F1223" w:rsidRPr="00D45108" w:rsidRDefault="008F1223">
            <w:pPr>
              <w:rPr>
                <w:sz w:val="32"/>
                <w:szCs w:val="32"/>
              </w:rPr>
            </w:pPr>
          </w:p>
        </w:tc>
      </w:tr>
      <w:tr w:rsidR="008F1223" w:rsidRPr="00D45108" w14:paraId="2233D233" w14:textId="77777777" w:rsidTr="00D45108">
        <w:trPr>
          <w:jc w:val="center"/>
        </w:trPr>
        <w:tc>
          <w:tcPr>
            <w:tcW w:w="4320" w:type="dxa"/>
          </w:tcPr>
          <w:p w14:paraId="44341B06" w14:textId="7DE794B7" w:rsidR="008F1223" w:rsidRPr="00D45108" w:rsidRDefault="007C3DB4">
            <w:pPr>
              <w:rPr>
                <w:sz w:val="32"/>
                <w:szCs w:val="32"/>
              </w:rPr>
            </w:pPr>
            <w:r w:rsidRPr="00D45108">
              <w:rPr>
                <w:sz w:val="28"/>
                <w:szCs w:val="28"/>
              </w:rPr>
              <w:t>Jméno a příjmení</w:t>
            </w:r>
            <w:r w:rsidR="00D45108" w:rsidRPr="00D45108">
              <w:rPr>
                <w:sz w:val="28"/>
                <w:szCs w:val="28"/>
              </w:rPr>
              <w:t>:</w:t>
            </w:r>
          </w:p>
        </w:tc>
        <w:tc>
          <w:tcPr>
            <w:tcW w:w="4320" w:type="dxa"/>
          </w:tcPr>
          <w:p w14:paraId="1DFD8714" w14:textId="77777777" w:rsidR="008F1223" w:rsidRPr="00D45108" w:rsidRDefault="008F1223">
            <w:pPr>
              <w:rPr>
                <w:sz w:val="32"/>
                <w:szCs w:val="32"/>
              </w:rPr>
            </w:pPr>
          </w:p>
        </w:tc>
      </w:tr>
      <w:tr w:rsidR="008F1223" w:rsidRPr="00D45108" w14:paraId="3D67E7AB" w14:textId="77777777" w:rsidTr="00D45108">
        <w:trPr>
          <w:jc w:val="center"/>
        </w:trPr>
        <w:tc>
          <w:tcPr>
            <w:tcW w:w="4320" w:type="dxa"/>
          </w:tcPr>
          <w:p w14:paraId="3913B064" w14:textId="38412E96" w:rsidR="008F1223" w:rsidRPr="00D45108" w:rsidRDefault="007C3DB4">
            <w:pPr>
              <w:rPr>
                <w:sz w:val="32"/>
                <w:szCs w:val="32"/>
              </w:rPr>
            </w:pPr>
            <w:r w:rsidRPr="00D45108">
              <w:rPr>
                <w:sz w:val="28"/>
                <w:szCs w:val="28"/>
              </w:rPr>
              <w:t>Adresa</w:t>
            </w:r>
            <w:r w:rsidR="00D45108" w:rsidRPr="00D45108">
              <w:rPr>
                <w:sz w:val="28"/>
                <w:szCs w:val="28"/>
              </w:rPr>
              <w:t>:</w:t>
            </w:r>
          </w:p>
        </w:tc>
        <w:tc>
          <w:tcPr>
            <w:tcW w:w="4320" w:type="dxa"/>
          </w:tcPr>
          <w:p w14:paraId="4362B934" w14:textId="77777777" w:rsidR="008F1223" w:rsidRPr="00D45108" w:rsidRDefault="008F1223">
            <w:pPr>
              <w:rPr>
                <w:sz w:val="32"/>
                <w:szCs w:val="32"/>
              </w:rPr>
            </w:pPr>
          </w:p>
        </w:tc>
      </w:tr>
      <w:tr w:rsidR="008F1223" w:rsidRPr="00D45108" w14:paraId="49E1D9F7" w14:textId="77777777" w:rsidTr="00D45108">
        <w:trPr>
          <w:jc w:val="center"/>
        </w:trPr>
        <w:tc>
          <w:tcPr>
            <w:tcW w:w="4320" w:type="dxa"/>
          </w:tcPr>
          <w:p w14:paraId="562F548D" w14:textId="37A4FEF1" w:rsidR="008F1223" w:rsidRPr="00D45108" w:rsidRDefault="007C3DB4">
            <w:pPr>
              <w:rPr>
                <w:sz w:val="32"/>
                <w:szCs w:val="32"/>
              </w:rPr>
            </w:pPr>
            <w:r w:rsidRPr="00D45108">
              <w:rPr>
                <w:sz w:val="28"/>
                <w:szCs w:val="28"/>
              </w:rPr>
              <w:t>Telefon</w:t>
            </w:r>
            <w:r w:rsidR="00D45108" w:rsidRPr="00D45108">
              <w:rPr>
                <w:sz w:val="28"/>
                <w:szCs w:val="28"/>
              </w:rPr>
              <w:t>:</w:t>
            </w:r>
          </w:p>
        </w:tc>
        <w:tc>
          <w:tcPr>
            <w:tcW w:w="4320" w:type="dxa"/>
          </w:tcPr>
          <w:p w14:paraId="70CB7F5C" w14:textId="77777777" w:rsidR="008F1223" w:rsidRPr="00D45108" w:rsidRDefault="008F1223">
            <w:pPr>
              <w:rPr>
                <w:sz w:val="32"/>
                <w:szCs w:val="32"/>
              </w:rPr>
            </w:pPr>
          </w:p>
        </w:tc>
      </w:tr>
      <w:tr w:rsidR="008F1223" w:rsidRPr="00D45108" w14:paraId="77A6AC2A" w14:textId="77777777" w:rsidTr="00D45108">
        <w:trPr>
          <w:jc w:val="center"/>
        </w:trPr>
        <w:tc>
          <w:tcPr>
            <w:tcW w:w="4320" w:type="dxa"/>
          </w:tcPr>
          <w:p w14:paraId="7873C825" w14:textId="4FD54435" w:rsidR="008F1223" w:rsidRPr="00D45108" w:rsidRDefault="007C3DB4">
            <w:pPr>
              <w:rPr>
                <w:sz w:val="32"/>
                <w:szCs w:val="32"/>
              </w:rPr>
            </w:pPr>
            <w:r w:rsidRPr="00D45108">
              <w:rPr>
                <w:sz w:val="28"/>
                <w:szCs w:val="28"/>
              </w:rPr>
              <w:t>E-mail</w:t>
            </w:r>
            <w:r w:rsidR="00D45108" w:rsidRPr="00D45108">
              <w:rPr>
                <w:sz w:val="28"/>
                <w:szCs w:val="28"/>
              </w:rPr>
              <w:t>:</w:t>
            </w:r>
          </w:p>
        </w:tc>
        <w:tc>
          <w:tcPr>
            <w:tcW w:w="4320" w:type="dxa"/>
          </w:tcPr>
          <w:p w14:paraId="0CD23778" w14:textId="77777777" w:rsidR="008F1223" w:rsidRPr="00D45108" w:rsidRDefault="008F1223">
            <w:pPr>
              <w:rPr>
                <w:sz w:val="32"/>
                <w:szCs w:val="32"/>
              </w:rPr>
            </w:pPr>
          </w:p>
        </w:tc>
      </w:tr>
    </w:tbl>
    <w:p w14:paraId="15516AA4" w14:textId="77777777" w:rsidR="009037BB" w:rsidRDefault="009037BB" w:rsidP="00D45108">
      <w:pPr>
        <w:pStyle w:val="Nadpis2"/>
        <w:rPr>
          <w:color w:val="auto"/>
          <w:sz w:val="28"/>
          <w:szCs w:val="28"/>
        </w:rPr>
      </w:pPr>
    </w:p>
    <w:p w14:paraId="5027C297" w14:textId="663834E0" w:rsidR="008F1223" w:rsidRPr="00D45108" w:rsidRDefault="007C3DB4" w:rsidP="00D45108">
      <w:pPr>
        <w:pStyle w:val="Nadpis2"/>
        <w:rPr>
          <w:color w:val="auto"/>
          <w:sz w:val="28"/>
          <w:szCs w:val="28"/>
        </w:rPr>
      </w:pPr>
      <w:proofErr w:type="spellStart"/>
      <w:r w:rsidRPr="00D45108">
        <w:rPr>
          <w:color w:val="auto"/>
          <w:sz w:val="28"/>
          <w:szCs w:val="28"/>
        </w:rPr>
        <w:t>Popis</w:t>
      </w:r>
      <w:proofErr w:type="spellEnd"/>
      <w:r w:rsidRPr="00D45108">
        <w:rPr>
          <w:color w:val="auto"/>
          <w:sz w:val="28"/>
          <w:szCs w:val="28"/>
        </w:rPr>
        <w:t xml:space="preserve"> </w:t>
      </w:r>
      <w:proofErr w:type="spellStart"/>
      <w:r w:rsidRPr="00D45108">
        <w:rPr>
          <w:color w:val="auto"/>
          <w:sz w:val="28"/>
          <w:szCs w:val="28"/>
        </w:rPr>
        <w:t>závady</w:t>
      </w:r>
      <w:proofErr w:type="spellEnd"/>
      <w:r w:rsidR="00D45108" w:rsidRPr="00D45108">
        <w:rPr>
          <w:color w:val="auto"/>
          <w:sz w:val="28"/>
          <w:szCs w:val="28"/>
        </w:rPr>
        <w:t xml:space="preserve">: </w:t>
      </w:r>
    </w:p>
    <w:p w14:paraId="031D6AAC" w14:textId="2C24DEC8" w:rsidR="00D45108" w:rsidRPr="00D45108" w:rsidRDefault="00D45108" w:rsidP="00D45108">
      <w:r>
        <w:br/>
        <w:t>__________________________________________________________________________________________________________________________________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631"/>
      </w:tblGrid>
      <w:tr w:rsidR="008F1223" w14:paraId="4281235F" w14:textId="77777777" w:rsidTr="00D45108">
        <w:tc>
          <w:tcPr>
            <w:tcW w:w="10816" w:type="dxa"/>
          </w:tcPr>
          <w:p w14:paraId="2060F419" w14:textId="253C67A0" w:rsidR="008F1223" w:rsidRDefault="00D45108">
            <w:r>
              <w:t>_______________________________________________________________________________________________________________________________</w:t>
            </w:r>
          </w:p>
        </w:tc>
      </w:tr>
    </w:tbl>
    <w:p w14:paraId="700A9FD4" w14:textId="2FB57FBB" w:rsidR="00D45108" w:rsidRPr="00D45108" w:rsidRDefault="00D45108" w:rsidP="00D45108">
      <w:pPr>
        <w:rPr>
          <w:sz w:val="28"/>
          <w:szCs w:val="28"/>
        </w:rPr>
      </w:pPr>
      <w:r>
        <w:rPr>
          <w:sz w:val="28"/>
          <w:szCs w:val="28"/>
        </w:rPr>
        <w:br/>
      </w:r>
      <w:proofErr w:type="spellStart"/>
      <w:r w:rsidRPr="00D45108">
        <w:rPr>
          <w:sz w:val="28"/>
          <w:szCs w:val="28"/>
        </w:rPr>
        <w:t>Reklamována</w:t>
      </w:r>
      <w:proofErr w:type="spellEnd"/>
      <w:r w:rsidRPr="00D45108">
        <w:rPr>
          <w:sz w:val="28"/>
          <w:szCs w:val="28"/>
        </w:rPr>
        <w:t xml:space="preserve"> je </w:t>
      </w:r>
      <w:proofErr w:type="spellStart"/>
      <w:r w:rsidRPr="00D45108">
        <w:rPr>
          <w:sz w:val="28"/>
          <w:szCs w:val="28"/>
        </w:rPr>
        <w:t>pouze</w:t>
      </w:r>
      <w:proofErr w:type="spellEnd"/>
      <w:r w:rsidRPr="00D45108">
        <w:rPr>
          <w:sz w:val="28"/>
          <w:szCs w:val="28"/>
        </w:rPr>
        <w:t xml:space="preserve"> </w:t>
      </w:r>
      <w:proofErr w:type="spellStart"/>
      <w:r w:rsidRPr="00D45108">
        <w:rPr>
          <w:sz w:val="28"/>
          <w:szCs w:val="28"/>
        </w:rPr>
        <w:t>část</w:t>
      </w:r>
      <w:proofErr w:type="spellEnd"/>
      <w:r w:rsidRPr="00D45108">
        <w:rPr>
          <w:sz w:val="28"/>
          <w:szCs w:val="28"/>
        </w:rPr>
        <w:t xml:space="preserve"> </w:t>
      </w:r>
      <w:proofErr w:type="spellStart"/>
      <w:r w:rsidRPr="00D45108">
        <w:rPr>
          <w:sz w:val="28"/>
          <w:szCs w:val="28"/>
        </w:rPr>
        <w:t>produktu</w:t>
      </w:r>
      <w:proofErr w:type="spellEnd"/>
      <w:r w:rsidRPr="00D45108">
        <w:rPr>
          <w:sz w:val="28"/>
          <w:szCs w:val="28"/>
        </w:rPr>
        <w:t xml:space="preserve"> nebo </w:t>
      </w:r>
      <w:proofErr w:type="spellStart"/>
      <w:r w:rsidRPr="00D45108">
        <w:rPr>
          <w:sz w:val="28"/>
          <w:szCs w:val="28"/>
        </w:rPr>
        <w:t>příslušenství</w:t>
      </w:r>
      <w:proofErr w:type="spellEnd"/>
      <w:r w:rsidRPr="00D45108">
        <w:rPr>
          <w:sz w:val="28"/>
          <w:szCs w:val="28"/>
        </w:rPr>
        <w:t>?</w:t>
      </w:r>
      <w:r>
        <w:rPr>
          <w:sz w:val="28"/>
          <w:szCs w:val="28"/>
        </w:rPr>
        <w:t xml:space="preserve">               </w:t>
      </w:r>
      <w:sdt>
        <w:sdtPr>
          <w:rPr>
            <w:sz w:val="28"/>
            <w:szCs w:val="28"/>
          </w:rPr>
          <w:id w:val="20105543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2CE9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D45108">
        <w:rPr>
          <w:sz w:val="28"/>
          <w:szCs w:val="28"/>
        </w:rPr>
        <w:t xml:space="preserve"> ANO      </w:t>
      </w:r>
      <w:sdt>
        <w:sdtPr>
          <w:rPr>
            <w:sz w:val="28"/>
            <w:szCs w:val="28"/>
          </w:rPr>
          <w:id w:val="-21252230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52F3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D45108">
        <w:rPr>
          <w:sz w:val="28"/>
          <w:szCs w:val="28"/>
        </w:rPr>
        <w:t xml:space="preserve"> NE</w:t>
      </w:r>
    </w:p>
    <w:p w14:paraId="08066468" w14:textId="39CC2236" w:rsidR="008F1223" w:rsidRPr="00D45108" w:rsidRDefault="007C3DB4">
      <w:pPr>
        <w:rPr>
          <w:sz w:val="28"/>
          <w:szCs w:val="28"/>
        </w:rPr>
      </w:pPr>
      <w:proofErr w:type="spellStart"/>
      <w:r w:rsidRPr="00D45108">
        <w:rPr>
          <w:sz w:val="28"/>
          <w:szCs w:val="28"/>
        </w:rPr>
        <w:t>Pokud</w:t>
      </w:r>
      <w:proofErr w:type="spellEnd"/>
      <w:r w:rsidRPr="00D45108">
        <w:rPr>
          <w:sz w:val="28"/>
          <w:szCs w:val="28"/>
        </w:rPr>
        <w:t xml:space="preserve"> </w:t>
      </w:r>
      <w:r w:rsidR="003853F3">
        <w:rPr>
          <w:sz w:val="28"/>
          <w:szCs w:val="28"/>
        </w:rPr>
        <w:t>ANO</w:t>
      </w:r>
      <w:r w:rsidRPr="00D45108">
        <w:rPr>
          <w:sz w:val="28"/>
          <w:szCs w:val="28"/>
        </w:rPr>
        <w:t xml:space="preserve">, </w:t>
      </w:r>
      <w:proofErr w:type="spellStart"/>
      <w:r w:rsidRPr="00D45108">
        <w:rPr>
          <w:sz w:val="28"/>
          <w:szCs w:val="28"/>
        </w:rPr>
        <w:t>uveďte</w:t>
      </w:r>
      <w:proofErr w:type="spellEnd"/>
      <w:r w:rsidRPr="00D45108">
        <w:rPr>
          <w:sz w:val="28"/>
          <w:szCs w:val="28"/>
        </w:rPr>
        <w:t xml:space="preserve"> </w:t>
      </w:r>
      <w:proofErr w:type="spellStart"/>
      <w:r w:rsidRPr="00D45108">
        <w:rPr>
          <w:sz w:val="28"/>
          <w:szCs w:val="28"/>
        </w:rPr>
        <w:t>jaká</w:t>
      </w:r>
      <w:proofErr w:type="spellEnd"/>
      <w:r w:rsidRPr="00D45108">
        <w:rPr>
          <w:sz w:val="28"/>
          <w:szCs w:val="28"/>
        </w:rPr>
        <w:t xml:space="preserve"> </w:t>
      </w:r>
      <w:proofErr w:type="spellStart"/>
      <w:r w:rsidRPr="00D45108">
        <w:rPr>
          <w:sz w:val="28"/>
          <w:szCs w:val="28"/>
        </w:rPr>
        <w:t>část</w:t>
      </w:r>
      <w:proofErr w:type="spellEnd"/>
      <w:r w:rsidR="003853F3">
        <w:rPr>
          <w:sz w:val="28"/>
          <w:szCs w:val="28"/>
        </w:rPr>
        <w:t xml:space="preserve"> </w:t>
      </w:r>
      <w:proofErr w:type="spellStart"/>
      <w:r w:rsidR="003853F3">
        <w:rPr>
          <w:sz w:val="28"/>
          <w:szCs w:val="28"/>
        </w:rPr>
        <w:t>produktu</w:t>
      </w:r>
      <w:proofErr w:type="spellEnd"/>
      <w:r w:rsidRPr="00D45108">
        <w:rPr>
          <w:sz w:val="28"/>
          <w:szCs w:val="28"/>
        </w:rPr>
        <w:t xml:space="preserve"> </w:t>
      </w:r>
      <w:proofErr w:type="spellStart"/>
      <w:r w:rsidRPr="00D45108">
        <w:rPr>
          <w:sz w:val="28"/>
          <w:szCs w:val="28"/>
        </w:rPr>
        <w:t>nebo</w:t>
      </w:r>
      <w:proofErr w:type="spellEnd"/>
      <w:r w:rsidRPr="00D45108">
        <w:rPr>
          <w:sz w:val="28"/>
          <w:szCs w:val="28"/>
        </w:rPr>
        <w:t xml:space="preserve"> </w:t>
      </w:r>
      <w:proofErr w:type="spellStart"/>
      <w:r w:rsidRPr="00D45108">
        <w:rPr>
          <w:sz w:val="28"/>
          <w:szCs w:val="28"/>
        </w:rPr>
        <w:t>příslušenství</w:t>
      </w:r>
      <w:proofErr w:type="spellEnd"/>
      <w:r w:rsidRPr="00D45108">
        <w:rPr>
          <w:sz w:val="28"/>
          <w:szCs w:val="28"/>
        </w:rPr>
        <w:t>:</w:t>
      </w:r>
    </w:p>
    <w:p w14:paraId="7846AC3D" w14:textId="4FEBD5AF" w:rsidR="008F1223" w:rsidRDefault="007C3DB4">
      <w:r>
        <w:t>________________________________________________________</w:t>
      </w:r>
      <w:r w:rsidR="00D45108">
        <w:t>_________________________________________________________________________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8F1223" w14:paraId="23744630" w14:textId="77777777">
        <w:tc>
          <w:tcPr>
            <w:tcW w:w="4320" w:type="dxa"/>
          </w:tcPr>
          <w:p w14:paraId="02EFFB8F" w14:textId="77777777" w:rsidR="008902C4" w:rsidRDefault="003853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/>
            </w:r>
          </w:p>
          <w:p w14:paraId="4A4AA4C8" w14:textId="7739E415" w:rsidR="008F1223" w:rsidRPr="00D45108" w:rsidRDefault="003853F3">
            <w:pPr>
              <w:rPr>
                <w:sz w:val="28"/>
                <w:szCs w:val="28"/>
              </w:rPr>
            </w:pPr>
            <w:r w:rsidRPr="00D45108">
              <w:rPr>
                <w:sz w:val="28"/>
                <w:szCs w:val="28"/>
              </w:rPr>
              <w:t>Datum:</w:t>
            </w:r>
            <w:r w:rsidRPr="00D45108">
              <w:rPr>
                <w:sz w:val="28"/>
                <w:szCs w:val="28"/>
              </w:rPr>
              <w:br/>
            </w:r>
            <w:r w:rsidR="00D635B1">
              <w:rPr>
                <w:sz w:val="28"/>
                <w:szCs w:val="28"/>
              </w:rPr>
              <w:t xml:space="preserve">                   </w:t>
            </w:r>
            <w:r w:rsidR="00EB096B">
              <w:rPr>
                <w:sz w:val="28"/>
                <w:szCs w:val="28"/>
              </w:rPr>
              <w:t xml:space="preserve">     </w:t>
            </w:r>
            <w:r w:rsidRPr="00D45108">
              <w:rPr>
                <w:sz w:val="28"/>
                <w:szCs w:val="28"/>
              </w:rPr>
              <w:t>__________________</w:t>
            </w:r>
            <w:r w:rsidR="00EB096B">
              <w:rPr>
                <w:sz w:val="28"/>
                <w:szCs w:val="28"/>
              </w:rPr>
              <w:t>___</w:t>
            </w:r>
          </w:p>
        </w:tc>
        <w:tc>
          <w:tcPr>
            <w:tcW w:w="4320" w:type="dxa"/>
          </w:tcPr>
          <w:p w14:paraId="46F63957" w14:textId="77777777" w:rsidR="008902C4" w:rsidRDefault="003853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/>
            </w:r>
          </w:p>
          <w:p w14:paraId="2CA079FA" w14:textId="4B924F3A" w:rsidR="008F1223" w:rsidRPr="00D45108" w:rsidRDefault="003853F3">
            <w:pPr>
              <w:rPr>
                <w:sz w:val="28"/>
                <w:szCs w:val="28"/>
              </w:rPr>
            </w:pPr>
            <w:proofErr w:type="spellStart"/>
            <w:r w:rsidRPr="00D45108">
              <w:rPr>
                <w:sz w:val="28"/>
                <w:szCs w:val="28"/>
              </w:rPr>
              <w:t>Podpis</w:t>
            </w:r>
            <w:proofErr w:type="spellEnd"/>
            <w:r w:rsidRPr="00D45108">
              <w:rPr>
                <w:sz w:val="28"/>
                <w:szCs w:val="28"/>
              </w:rPr>
              <w:t>:</w:t>
            </w:r>
            <w:r w:rsidRPr="00D45108">
              <w:rPr>
                <w:sz w:val="28"/>
                <w:szCs w:val="28"/>
              </w:rPr>
              <w:br/>
            </w:r>
            <w:r w:rsidR="00D635B1">
              <w:rPr>
                <w:sz w:val="28"/>
                <w:szCs w:val="28"/>
              </w:rPr>
              <w:t xml:space="preserve">                    </w:t>
            </w:r>
            <w:r w:rsidR="00EB096B">
              <w:rPr>
                <w:sz w:val="28"/>
                <w:szCs w:val="28"/>
              </w:rPr>
              <w:t xml:space="preserve">        </w:t>
            </w:r>
            <w:r w:rsidRPr="00D45108">
              <w:rPr>
                <w:sz w:val="28"/>
                <w:szCs w:val="28"/>
              </w:rPr>
              <w:t>__________________</w:t>
            </w:r>
            <w:r w:rsidR="00EB096B">
              <w:rPr>
                <w:sz w:val="28"/>
                <w:szCs w:val="28"/>
              </w:rPr>
              <w:t>____</w:t>
            </w:r>
          </w:p>
        </w:tc>
      </w:tr>
    </w:tbl>
    <w:p w14:paraId="3EB55529" w14:textId="77777777" w:rsidR="008854C9" w:rsidRDefault="008854C9" w:rsidP="00EB096B"/>
    <w:sectPr w:rsidR="008854C9" w:rsidSect="00EB096B">
      <w:headerReference w:type="default" r:id="rId9"/>
      <w:pgSz w:w="12240" w:h="15840"/>
      <w:pgMar w:top="1134" w:right="758" w:bottom="284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396D9" w14:textId="77777777" w:rsidR="00B70FE9" w:rsidRDefault="00B70FE9">
      <w:pPr>
        <w:spacing w:after="0" w:line="240" w:lineRule="auto"/>
      </w:pPr>
      <w:r>
        <w:separator/>
      </w:r>
    </w:p>
  </w:endnote>
  <w:endnote w:type="continuationSeparator" w:id="0">
    <w:p w14:paraId="1420AB88" w14:textId="77777777" w:rsidR="00B70FE9" w:rsidRDefault="00B70F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9B8A2" w14:textId="77777777" w:rsidR="00B70FE9" w:rsidRDefault="00B70FE9">
      <w:pPr>
        <w:spacing w:after="0" w:line="240" w:lineRule="auto"/>
      </w:pPr>
      <w:r>
        <w:separator/>
      </w:r>
    </w:p>
  </w:footnote>
  <w:footnote w:type="continuationSeparator" w:id="0">
    <w:p w14:paraId="4F7369F4" w14:textId="77777777" w:rsidR="00B70FE9" w:rsidRDefault="00B70F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AD8FF" w14:textId="77777777" w:rsidR="008F1223" w:rsidRDefault="007C3DB4">
    <w:pPr>
      <w:pStyle w:val="Zhlav"/>
    </w:pPr>
    <w:r>
      <w:rPr>
        <w:noProof/>
      </w:rPr>
      <w:drawing>
        <wp:inline distT="0" distB="0" distL="0" distR="0" wp14:anchorId="467AAB23" wp14:editId="6B044377">
          <wp:extent cx="1620000" cy="368531"/>
          <wp:effectExtent l="0" t="0" r="0" b="0"/>
          <wp:docPr id="65892093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olight_small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20000" cy="3685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46758467">
    <w:abstractNumId w:val="8"/>
  </w:num>
  <w:num w:numId="2" w16cid:durableId="161700403">
    <w:abstractNumId w:val="6"/>
  </w:num>
  <w:num w:numId="3" w16cid:durableId="1752503991">
    <w:abstractNumId w:val="5"/>
  </w:num>
  <w:num w:numId="4" w16cid:durableId="154348787">
    <w:abstractNumId w:val="4"/>
  </w:num>
  <w:num w:numId="5" w16cid:durableId="806125193">
    <w:abstractNumId w:val="7"/>
  </w:num>
  <w:num w:numId="6" w16cid:durableId="421953262">
    <w:abstractNumId w:val="3"/>
  </w:num>
  <w:num w:numId="7" w16cid:durableId="2024284852">
    <w:abstractNumId w:val="2"/>
  </w:num>
  <w:num w:numId="8" w16cid:durableId="11541026">
    <w:abstractNumId w:val="1"/>
  </w:num>
  <w:num w:numId="9" w16cid:durableId="1745688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217A"/>
    <w:rsid w:val="0006063C"/>
    <w:rsid w:val="0015074B"/>
    <w:rsid w:val="0029639D"/>
    <w:rsid w:val="00326F90"/>
    <w:rsid w:val="003853F3"/>
    <w:rsid w:val="003C52F3"/>
    <w:rsid w:val="00442CE9"/>
    <w:rsid w:val="00462DEB"/>
    <w:rsid w:val="004764A0"/>
    <w:rsid w:val="00647BAF"/>
    <w:rsid w:val="006B31A9"/>
    <w:rsid w:val="006B598A"/>
    <w:rsid w:val="00727384"/>
    <w:rsid w:val="00795AD2"/>
    <w:rsid w:val="00797F0D"/>
    <w:rsid w:val="007B137B"/>
    <w:rsid w:val="007C3DB4"/>
    <w:rsid w:val="007E5E9D"/>
    <w:rsid w:val="008854C9"/>
    <w:rsid w:val="008902C4"/>
    <w:rsid w:val="008F1223"/>
    <w:rsid w:val="009037BB"/>
    <w:rsid w:val="00915ED3"/>
    <w:rsid w:val="00944AAF"/>
    <w:rsid w:val="009655C8"/>
    <w:rsid w:val="00973EB2"/>
    <w:rsid w:val="009A2C5C"/>
    <w:rsid w:val="009D3CF9"/>
    <w:rsid w:val="00A51D69"/>
    <w:rsid w:val="00AA1D8D"/>
    <w:rsid w:val="00AD5F5E"/>
    <w:rsid w:val="00B47730"/>
    <w:rsid w:val="00B542BE"/>
    <w:rsid w:val="00B70FE9"/>
    <w:rsid w:val="00BB6131"/>
    <w:rsid w:val="00C526EB"/>
    <w:rsid w:val="00CB0664"/>
    <w:rsid w:val="00CE0DA2"/>
    <w:rsid w:val="00D45108"/>
    <w:rsid w:val="00D47315"/>
    <w:rsid w:val="00D635B1"/>
    <w:rsid w:val="00DF4CF1"/>
    <w:rsid w:val="00E22700"/>
    <w:rsid w:val="00E5548C"/>
    <w:rsid w:val="00E6034F"/>
    <w:rsid w:val="00EB096B"/>
    <w:rsid w:val="00FC693F"/>
    <w:rsid w:val="00FE1385"/>
    <w:rsid w:val="00FF6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D5C60F"/>
  <w14:defaultImageDpi w14:val="330"/>
  <w15:docId w15:val="{DE56BD63-632D-4F9A-B512-972ED16D2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131</Words>
  <Characters>779</Characters>
  <Application>Microsoft Office Word</Application>
  <DocSecurity>0</DocSecurity>
  <Lines>6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Kňava Ondřej</cp:lastModifiedBy>
  <cp:revision>2</cp:revision>
  <dcterms:created xsi:type="dcterms:W3CDTF">2026-09-18T09:30:00Z</dcterms:created>
  <dcterms:modified xsi:type="dcterms:W3CDTF">2026-09-18T09:30:00Z</dcterms:modified>
  <cp:category/>
</cp:coreProperties>
</file>